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– מילים הפוכות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מהם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יתאימו לכל מילה את ההפך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ישלימו משפטים בעזרת מילה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זוגות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(יבש)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המשמעות שלהן הפוכה לגמרי.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הפכים ולא מילים דומות במשמעותן.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כתיבה: מילה עם שני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זוג הפכים, למשל: הכוס מלאה ולא 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המראה ההפוכה כדי להמחיש את הרעיון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כדאי להציג זוגות הפכים עם תמונות לפני המילה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בסיכום שלמילה אחת יכולים להיות כמה הפכים לפי ההקשר במשפט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– מילים הפוכות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נלמד על הפכים – מילים שהמשמעות שלהן הפוכה זו לזו, כמו גדול וקטן או חם וקר. נתרגל למצוא הפכים ולהשתמש בהם במשפטים.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גדולה  ·  ריקה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ההפך של 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ההפך של 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ההפך של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זוגות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נמוך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 במילה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הכוס לא מלאה,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העוגה הזאת לא קטנה,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'גדול' ו'קטן' הן הפכים.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'שמח' ו'עצוב'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כתיבה: מילה עם שני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ההפך: גדול ↔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ההפך: חם ↔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– מילים הפוכות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