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– מילים הפוכות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יסבירו מהם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יתאימו לכל מילה את ההפך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ישלימו משפטים בעזרת מילה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זוגות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(יורד)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במילה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סגרנו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בהיר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למילה יכולים להיות כמה הפכים לפי המשמעות במשפט, כמו 'קל'.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המשמעות שלהן הפוכה לגמרי.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הפכים ולא מילים דומות במשמעותן.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התלמידים עושים תנועה הפוכה לתנועת המורה.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כתיבה: מילה עם שני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ראשון עם הפך 'כבד' (משקל), משפט שני עם הפך 'קשה' (קושי). יש לבדוק שהמשמעות במשפט מתאימה להפך שנבחר.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זוג הפכים, למשל: הכוס מלאה ולא 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המראה ההפוכה כדי להמחיש את הרעיון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כדאי להציג זוגות הפכים עם תמונות לפני המילה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בסיכום שלמילה אחת יכולים להיות כמה הפכים לפי ההקשר במשפט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– מילים הפוכות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מילים הפוכות. למשל: גדול וקטן, חם וקר. נתרגל למצוא את ההפך של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הֶפֶךְ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שהמשמעות שלה הפוכה למילה אחרת, כמו גדול וקטן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מַשְׁמָעוּת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הפירוש של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שאומרת רעיון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דֻּגְמָה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מקרה שמראה איך משתמשים במילה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זוּג מִלִּים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שקשורות זו לזו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מַחְסַן מִלִּים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לבחירה כשממלאים 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כַּדּוּר הַהֲפָכִים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זורקים כדור ועונים בהפך למילה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ההפוכה ל'גדול'?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ההפוכה ל'חם'?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ההפוכה ל'פתוח'?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ההפוכה ל'מהר'?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המילה ההפוכה ל'יום'?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המילה ההפוכה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ההפך של 'קל' כשמדובר במשקל?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ההפך של 'קל' כשמדובר בקושי?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זוגות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יורד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נמוך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 במילה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בפתיחת השיעור עמדנו למעלה, ואז __________ למטה.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פתחנו את הידיים, ואחר כך __________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הכוס לא מלאה,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העוגה הזאת לא קטנה,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הילד לא רץ מהר, הוא הלך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בלילה חשוך, וביום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מילה יש תמיד הפך אחד בלבד, שלא משתנה לעולם.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'גדול' ו'קטן' הן הפכים.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'שמח' ו'עצוב'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המראה ההפוכה, כשהמורה עומדת התלמידים צריכים לשבת.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כתיבה: מילה עם שני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עם המילה 'קל' במשמעות משקל, ומשפט נוסף עם המילה 'קל' במשמעות קושי. ציינו מה ההפך בכל משפט.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ההפך: גדול ↔ 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ההפך: חם ↔ 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זוג מילים הפוכות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 – מילים הפוכות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