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– מילים הפוכות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מהם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יתאימו לכל מילה את ההפך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ישלימו משפטים בעזרת מילה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זוגות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(יורד)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למילה יכולים להיות כמה הפכים לפי המשמעות במשפט, כמו 'קל'.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המשמעות שלהן הפוכה לגמרי.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הפכים ולא מילים דומות במשמעותן.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התלמידים עושים תנועה הפוכה לתנועת המורה.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כתיבה: מילה עם שני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עם הפך 'כבד' (משקל), משפט שני עם הפך 'קשה' (קושי). יש לבדוק שהמשמעות במשפט מתאימה להפך שנבחר.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זוג הפכים, למשל: הכוס מלאה ולא 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המראה ההפוכה כדי להמחיש את הרעיון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כדאי להציג זוגות הפכים עם תמונות לפני המילה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בסיכום שלמילה אחת יכולים להיות כמה הפכים לפי ההקשר במשפט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– מילים הפוכות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נלמד על הפכים – מילים שהמשמעות שלהן הפוכה זו לזו, כמו גדול וקטן או חם וקר. נתרגל למצוא הפכים ולהשתמש בהם במשפטים.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של 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'יום'?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ההפך של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למילה 'קל' יכולים להיות כמה הפכים לפי המשמעות. מה ההפך של 'קל' כשמדברים על משקל (לא כבד)?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ההפך של 'קל' כשמדברים על קושי (לא קשה)?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זוגות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במילה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עמדנו למעלה, ואז __________ למטה.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פתחנו את הידיים, ואחר כך __________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הכוס לא מלאה,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העוגה הזאת לא קטנה,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הילד לא רץ מהר, הוא הלך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בלילה חשוך, וביום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מילה יש תמיד הפך אחד בלבד, שלא משתנה לעולם.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ו'קטן' הן הפכים.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'שמח' ו'עצוב'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המראה ההפוכה, כשהמורה עומדת התלמידים צריכים לשבת.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כתיבה: מילה עם שני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המילה 'קל' במשמעות משקל, ומשפט נוסף עם המילה 'קל' במשמעות קושי. ציינו מה ההפך בכל 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ההפך: גדול ↔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ההפך: חם ↔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זוג מילים הפוכות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– מילים הפוכות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